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25BCD" w14:textId="55DC3D40" w:rsidR="00C617EE" w:rsidRDefault="00C617EE" w:rsidP="00C617EE">
      <w:pPr>
        <w:spacing w:after="0"/>
        <w:jc w:val="right"/>
        <w:rPr>
          <w:b/>
          <w:sz w:val="28"/>
          <w:lang w:val="it-IT"/>
        </w:rPr>
      </w:pPr>
      <w:r>
        <w:rPr>
          <w:b/>
          <w:sz w:val="28"/>
          <w:lang w:val="it-IT"/>
        </w:rPr>
        <w:t>ALLEGATO A</w:t>
      </w:r>
    </w:p>
    <w:p w14:paraId="0BE67502" w14:textId="39004A4E" w:rsidR="00C617EE" w:rsidRDefault="00C617EE" w:rsidP="00C617EE">
      <w:pPr>
        <w:spacing w:after="0"/>
        <w:jc w:val="center"/>
        <w:rPr>
          <w:b/>
          <w:sz w:val="28"/>
          <w:lang w:val="it-IT"/>
        </w:rPr>
      </w:pPr>
      <w:r>
        <w:rPr>
          <w:noProof/>
        </w:rPr>
        <w:drawing>
          <wp:inline distT="0" distB="0" distL="0" distR="0" wp14:anchorId="7FD2E67B" wp14:editId="630103EB">
            <wp:extent cx="647700" cy="770195"/>
            <wp:effectExtent l="0" t="0" r="0" b="0"/>
            <wp:docPr id="14773469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3" cy="79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43186" w14:textId="77777777" w:rsidR="00C617EE" w:rsidRDefault="00C617EE" w:rsidP="00C617EE">
      <w:pPr>
        <w:spacing w:after="0"/>
        <w:jc w:val="center"/>
        <w:rPr>
          <w:b/>
          <w:sz w:val="28"/>
          <w:lang w:val="it-IT"/>
        </w:rPr>
      </w:pPr>
    </w:p>
    <w:p w14:paraId="463A2DBB" w14:textId="7ABEFC6A" w:rsidR="00C40B02" w:rsidRPr="00C617EE" w:rsidRDefault="00000000">
      <w:pPr>
        <w:spacing w:after="0"/>
        <w:jc w:val="center"/>
        <w:rPr>
          <w:lang w:val="it-IT"/>
        </w:rPr>
      </w:pPr>
      <w:r w:rsidRPr="00C617EE">
        <w:rPr>
          <w:b/>
          <w:sz w:val="28"/>
          <w:lang w:val="it-IT"/>
        </w:rPr>
        <w:t>COMUNE DI BURGOS</w:t>
      </w:r>
    </w:p>
    <w:p w14:paraId="40F9334E" w14:textId="77777777" w:rsidR="00C40B02" w:rsidRPr="00C617EE" w:rsidRDefault="00000000">
      <w:pPr>
        <w:spacing w:after="0"/>
        <w:jc w:val="center"/>
        <w:rPr>
          <w:lang w:val="it-IT"/>
        </w:rPr>
      </w:pPr>
      <w:r w:rsidRPr="00C617EE">
        <w:rPr>
          <w:lang w:val="it-IT"/>
        </w:rPr>
        <w:t>Città Metropolitana di Sassari</w:t>
      </w:r>
    </w:p>
    <w:p w14:paraId="3331FF0B" w14:textId="77777777" w:rsidR="00C40B02" w:rsidRPr="00C617EE" w:rsidRDefault="00000000">
      <w:pPr>
        <w:spacing w:after="0"/>
        <w:jc w:val="center"/>
        <w:rPr>
          <w:lang w:val="it-IT"/>
        </w:rPr>
      </w:pPr>
      <w:r w:rsidRPr="00C617EE">
        <w:rPr>
          <w:sz w:val="20"/>
          <w:lang w:val="it-IT"/>
        </w:rPr>
        <w:t>Via Marconi, 1 - 07010 Burgos (SS) - PEC: protocollo@pec.comuneburgos.it</w:t>
      </w:r>
    </w:p>
    <w:p w14:paraId="20121C52" w14:textId="77777777" w:rsidR="00C40B02" w:rsidRPr="00C617EE" w:rsidRDefault="00000000">
      <w:pPr>
        <w:spacing w:after="160"/>
        <w:jc w:val="center"/>
        <w:rPr>
          <w:lang w:val="it-IT"/>
        </w:rPr>
      </w:pPr>
      <w:r w:rsidRPr="00C617EE">
        <w:rPr>
          <w:lang w:val="it-IT"/>
        </w:rPr>
        <w:t>Area Amministrativo-Finanziaria - Servizi Sociali</w:t>
      </w:r>
    </w:p>
    <w:p w14:paraId="71D528AA" w14:textId="77777777" w:rsidR="00C40B02" w:rsidRPr="00C617EE" w:rsidRDefault="00000000">
      <w:pPr>
        <w:spacing w:after="160"/>
        <w:rPr>
          <w:lang w:val="it-IT"/>
        </w:rPr>
      </w:pPr>
      <w:r w:rsidRPr="00C617EE">
        <w:rPr>
          <w:b/>
          <w:lang w:val="it-IT"/>
        </w:rPr>
        <w:t>OGGETTO: Legge 9 dicembre 1998, n. 431, art. 11. Istanza per l'assegnazione di contributi per il sostegno alla locazione - Annualità 2026</w:t>
      </w:r>
    </w:p>
    <w:p w14:paraId="1985E86A" w14:textId="77777777" w:rsidR="00C40B02" w:rsidRPr="00C617EE" w:rsidRDefault="00000000">
      <w:pPr>
        <w:rPr>
          <w:lang w:val="it-IT"/>
        </w:rPr>
      </w:pPr>
      <w:r w:rsidRPr="00C617EE">
        <w:rPr>
          <w:lang w:val="it-IT"/>
        </w:rPr>
        <w:t>Il/la sottoscritto/a (cognome) ____________________________ (nome) ____________________________</w:t>
      </w:r>
    </w:p>
    <w:p w14:paraId="4131D84A" w14:textId="77777777" w:rsidR="00C40B02" w:rsidRPr="00C617EE" w:rsidRDefault="00000000">
      <w:pPr>
        <w:rPr>
          <w:lang w:val="it-IT"/>
        </w:rPr>
      </w:pPr>
      <w:r w:rsidRPr="00C617EE">
        <w:rPr>
          <w:lang w:val="it-IT"/>
        </w:rPr>
        <w:t>nato/a a ____________________________ Prov. ____ il ____/____/________ Codice fiscale ________________________</w:t>
      </w:r>
    </w:p>
    <w:p w14:paraId="3043680C" w14:textId="77777777" w:rsidR="00C40B02" w:rsidRPr="00C617EE" w:rsidRDefault="00000000">
      <w:pPr>
        <w:rPr>
          <w:lang w:val="it-IT"/>
        </w:rPr>
      </w:pPr>
      <w:r w:rsidRPr="00C617EE">
        <w:rPr>
          <w:lang w:val="it-IT"/>
        </w:rPr>
        <w:t>residente in BURGOS, Via/Piazza ____________________________ n. ______</w:t>
      </w:r>
    </w:p>
    <w:p w14:paraId="24FB740B" w14:textId="19CB3D1B" w:rsidR="00C40B02" w:rsidRPr="00C617EE" w:rsidRDefault="00000000">
      <w:pPr>
        <w:rPr>
          <w:lang w:val="it-IT"/>
        </w:rPr>
      </w:pPr>
      <w:r w:rsidRPr="00C617EE">
        <w:rPr>
          <w:lang w:val="it-IT"/>
        </w:rPr>
        <w:t xml:space="preserve">Telefono ________________ Cellulare ________________ </w:t>
      </w:r>
      <w:r w:rsidR="00E51E66" w:rsidRPr="00C617EE">
        <w:rPr>
          <w:lang w:val="it-IT"/>
        </w:rPr>
        <w:t>E-mail</w:t>
      </w:r>
      <w:r w:rsidRPr="00C617EE">
        <w:rPr>
          <w:lang w:val="it-IT"/>
        </w:rPr>
        <w:t>/PEC ________________________</w:t>
      </w:r>
    </w:p>
    <w:p w14:paraId="5D9FA21C" w14:textId="77777777" w:rsidR="00C40B02" w:rsidRPr="00C617EE" w:rsidRDefault="00000000">
      <w:pPr>
        <w:spacing w:before="120"/>
        <w:jc w:val="center"/>
        <w:rPr>
          <w:lang w:val="it-IT"/>
        </w:rPr>
      </w:pPr>
      <w:r w:rsidRPr="00C617EE">
        <w:rPr>
          <w:b/>
          <w:lang w:val="it-IT"/>
        </w:rPr>
        <w:t>CHIEDE</w:t>
      </w:r>
    </w:p>
    <w:p w14:paraId="501AFD63" w14:textId="77777777" w:rsidR="00C40B02" w:rsidRPr="00C617EE" w:rsidRDefault="00000000">
      <w:pPr>
        <w:jc w:val="both"/>
        <w:rPr>
          <w:lang w:val="it-IT"/>
        </w:rPr>
      </w:pPr>
      <w:r w:rsidRPr="00C617EE">
        <w:rPr>
          <w:lang w:val="it-IT"/>
        </w:rPr>
        <w:t>l'assegnazione del contributo integrativo a valere sul Fondo nazionale per il sostegno all'accesso alle abitazioni in locazione di cui all'art. 11 della L. 431/1998, per l'anno 2026, secondo i criteri previsti dalla Deliberazione della Giunta Regionale n. 36/36 del 09.07.2025 e dal bando comunale.</w:t>
      </w:r>
    </w:p>
    <w:p w14:paraId="3677AA6A" w14:textId="77777777" w:rsidR="00C40B02" w:rsidRPr="00C617EE" w:rsidRDefault="00000000">
      <w:pPr>
        <w:jc w:val="both"/>
        <w:rPr>
          <w:lang w:val="it-IT"/>
        </w:rPr>
      </w:pPr>
      <w:r w:rsidRPr="00C617EE">
        <w:rPr>
          <w:lang w:val="it-IT"/>
        </w:rPr>
        <w:t>A tal fine, consapevole della responsabilità penale prevista dall'art. 76 del D.P.R. 445/2000 per le dichiarazioni mendaci, della decadenza dai benefici prevista dall'art. 75 dello stesso decreto e del fatto che l'erogazione del contributo è subordinata al trasferimento al Comune di Burgos dei fondi regionali,</w:t>
      </w:r>
    </w:p>
    <w:p w14:paraId="27D16A1E" w14:textId="77777777" w:rsidR="00C40B02" w:rsidRPr="00C617EE" w:rsidRDefault="00000000">
      <w:pPr>
        <w:spacing w:before="80" w:after="40"/>
        <w:jc w:val="center"/>
        <w:rPr>
          <w:lang w:val="it-IT"/>
        </w:rPr>
      </w:pPr>
      <w:r w:rsidRPr="00C617EE">
        <w:rPr>
          <w:b/>
          <w:lang w:val="it-IT"/>
        </w:rPr>
        <w:t>DICHIARA</w:t>
      </w:r>
    </w:p>
    <w:p w14:paraId="27E0D0EC" w14:textId="77777777" w:rsidR="00C40B02" w:rsidRPr="00C617EE" w:rsidRDefault="00000000">
      <w:pPr>
        <w:rPr>
          <w:lang w:val="it-IT"/>
        </w:rPr>
      </w:pPr>
      <w:r w:rsidRPr="00C617EE">
        <w:rPr>
          <w:i/>
          <w:lang w:val="it-IT"/>
        </w:rPr>
        <w:t>ai sensi degli artt. 46 e 47 del D.P.R. 445/2000 (barrare le caselle di interesse):</w:t>
      </w:r>
    </w:p>
    <w:p w14:paraId="76BBC745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Requisiti soggettivi</w:t>
      </w:r>
    </w:p>
    <w:p w14:paraId="1CD8A498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cittadino italiano o di uno Stato dell'Unione Europea;</w:t>
      </w:r>
    </w:p>
    <w:p w14:paraId="3E2F1EE1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cittadino di Stato non appartenente all'Unione Europea, in possesso di regolare titolo di soggiorno in corso di validità (tipo ________________, scadenza ____/____/________);</w:t>
      </w:r>
    </w:p>
    <w:p w14:paraId="30C07867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residente nel Comune di Burgos, unitamente a tutti i componenti del nucleo utilizzatore dell'alloggio, alla data di presentazione dell'istanza o per il periodo relativamente al quale si richiede il contributo (dal ____/____/________ al ____/____/________);</w:t>
      </w:r>
    </w:p>
    <w:p w14:paraId="62D7D90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essere assegnatario, né i componenti del nucleo, di un alloggio di edilizia residenziale pubblica o di un alloggio di proprietà comunale con canone equiparato a quello ERP;</w:t>
      </w:r>
    </w:p>
    <w:p w14:paraId="0DAD40E1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lastRenderedPageBreak/>
        <w:t>☐</w:t>
      </w:r>
      <w:r w:rsidRPr="00C617EE">
        <w:rPr>
          <w:lang w:val="it-IT"/>
        </w:rPr>
        <w:tab/>
        <w:t>di non essere titolare di un contratto di locazione di unità immobiliari classificate nelle categorie catastali A1, A8 e A9 o in categorie catastali riferite ad usi non abitativi;</w:t>
      </w:r>
    </w:p>
    <w:p w14:paraId="4A9EA3B9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nessun componente del nucleo è titolare del diritto di proprietà, usufrutto, uso o abitazione su un alloggio adeguato alle esigenze del nucleo familiare, ai sensi dell'art. 2 della L.R. 13/1989, situato in qualsiasi località del territorio nazionale;</w:t>
      </w:r>
    </w:p>
    <w:p w14:paraId="42FBBB9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essere titolare di un contratto di locazione stipulato tra parenti o affini entro il secondo grado, o tra coniugi non separati legalmente (ai coniugi sono equiparati i conviventi di fatto e le persone unite civilmente);</w:t>
      </w:r>
    </w:p>
    <w:p w14:paraId="4E5838FE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Contratto di locazione</w:t>
      </w:r>
    </w:p>
    <w:p w14:paraId="298F376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l'alloggio locato, sito in Burgos, Via ____________________ n. ____, è adibito ad abitazione principale del nucleo ed è corrispondente alla sua residenza anagrafica;</w:t>
      </w:r>
    </w:p>
    <w:p w14:paraId="764D16B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il contratto di locazione ad uso residenziale (locazione ordinaria / sublocazione / locazione transitoria, barrare la tipologia) è stato stipulato in data ____/____/________ con il/la Sig./Sig.ra ________________________ ed è stato registrato presso l'Ufficio del Registro di ________________ in data ____/____/________ con il n. ______ serie ______;</w:t>
      </w:r>
    </w:p>
    <w:p w14:paraId="066CB848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il contratto è in vigore nel periodo dal ____/____/________ al ____/____/________ dell'anno 2026 e che comunicherà tempestivamente al Comune la sua eventuale cessazione anticipata;</w:t>
      </w:r>
    </w:p>
    <w:p w14:paraId="13E6615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in regola con il pagamento dell'imposta di registro per l'annualità 2026 (modello F24 o equivalente versato in data ____/____/________);</w:t>
      </w:r>
    </w:p>
    <w:p w14:paraId="0830655A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avere optato per la cedolare secca (comunicazione registrata in data ____/____/________);</w:t>
      </w:r>
    </w:p>
    <w:p w14:paraId="43ACEA0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intestatario del contratto di locazione;</w:t>
      </w:r>
    </w:p>
    <w:p w14:paraId="5B9A5765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il canone complessivamente dovuto per il periodo di locazione nell'anno 2026, al netto degli oneri accessori, ammonta a euro ______________ da corrispondere in n. ______ rate;</w:t>
      </w:r>
    </w:p>
    <w:p w14:paraId="4B17A385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(se il contratto è intestato a più soggetti di distinti nuclei familiari) che la quota di canone riferibile al proprio nucleo è pari a euro ______________;</w:t>
      </w:r>
    </w:p>
    <w:p w14:paraId="64E8F962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Situazione economica e altri contributi</w:t>
      </w:r>
    </w:p>
    <w:p w14:paraId="58B41D29" w14:textId="77777777" w:rsidR="00C40B02" w:rsidRPr="00C617EE" w:rsidRDefault="00000000">
      <w:pPr>
        <w:ind w:left="510"/>
        <w:jc w:val="both"/>
        <w:rPr>
          <w:lang w:val="it-IT"/>
        </w:rPr>
      </w:pPr>
      <w:r w:rsidRPr="00C617EE">
        <w:rPr>
          <w:lang w:val="it-IT"/>
        </w:rPr>
        <w:t>che il valore ISEE 2026 del nucleo familiare è pari a euro ______________ (protocollo DSU n. ____________________, data di rilascio ____/____/________);</w:t>
      </w:r>
    </w:p>
    <w:p w14:paraId="10CF91B4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percepire altri contributi per il pagamento del canone di locazione;</w:t>
      </w:r>
    </w:p>
    <w:p w14:paraId="061557C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percepire il seguente contributo per il pagamento del canone di locazione: ______________________ per euro ________ (mensili) / euro ________ (annuali);</w:t>
      </w:r>
    </w:p>
    <w:p w14:paraId="7BD4EEF0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avere presentato istanza per il contributo in oggetto al Comune di ____________________ (prov. ____) per le mensilità ____________________;</w:t>
      </w:r>
    </w:p>
    <w:p w14:paraId="32DF6D3E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volere presentare istanza per il contributo in oggetto al Comune di ____________________ (prov. ____) per le mensilità ____________________.</w:t>
      </w:r>
    </w:p>
    <w:p w14:paraId="406EA755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Composizione del nucleo familiare (come risulta dall'anagrafe)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3969"/>
        <w:gridCol w:w="1984"/>
        <w:gridCol w:w="2721"/>
      </w:tblGrid>
      <w:tr w:rsidR="00C40B02" w14:paraId="71FD237F" w14:textId="77777777">
        <w:tc>
          <w:tcPr>
            <w:tcW w:w="680" w:type="dxa"/>
          </w:tcPr>
          <w:p w14:paraId="7016507A" w14:textId="77777777" w:rsidR="00C40B02" w:rsidRDefault="00000000">
            <w:r>
              <w:rPr>
                <w:b/>
              </w:rPr>
              <w:t>N.</w:t>
            </w:r>
          </w:p>
        </w:tc>
        <w:tc>
          <w:tcPr>
            <w:tcW w:w="3969" w:type="dxa"/>
          </w:tcPr>
          <w:p w14:paraId="231A480A" w14:textId="77777777" w:rsidR="00C40B02" w:rsidRDefault="00000000">
            <w:r>
              <w:rPr>
                <w:b/>
              </w:rPr>
              <w:t>Cognome e nome</w:t>
            </w:r>
          </w:p>
        </w:tc>
        <w:tc>
          <w:tcPr>
            <w:tcW w:w="1984" w:type="dxa"/>
          </w:tcPr>
          <w:p w14:paraId="424A7AE1" w14:textId="77777777" w:rsidR="00C40B02" w:rsidRDefault="00000000">
            <w:r>
              <w:rPr>
                <w:b/>
              </w:rPr>
              <w:t>Data di nascita</w:t>
            </w:r>
          </w:p>
        </w:tc>
        <w:tc>
          <w:tcPr>
            <w:tcW w:w="2721" w:type="dxa"/>
          </w:tcPr>
          <w:p w14:paraId="3E58DC03" w14:textId="77777777" w:rsidR="00C40B02" w:rsidRDefault="00000000">
            <w:r>
              <w:rPr>
                <w:b/>
              </w:rPr>
              <w:t>Rapporto di parentela</w:t>
            </w:r>
          </w:p>
        </w:tc>
      </w:tr>
      <w:tr w:rsidR="00C40B02" w14:paraId="181DB21A" w14:textId="77777777">
        <w:tc>
          <w:tcPr>
            <w:tcW w:w="680" w:type="dxa"/>
          </w:tcPr>
          <w:p w14:paraId="1747B91F" w14:textId="77777777" w:rsidR="00C40B02" w:rsidRDefault="00000000">
            <w:r>
              <w:lastRenderedPageBreak/>
              <w:t>1</w:t>
            </w:r>
          </w:p>
        </w:tc>
        <w:tc>
          <w:tcPr>
            <w:tcW w:w="3969" w:type="dxa"/>
          </w:tcPr>
          <w:p w14:paraId="3595A903" w14:textId="77777777" w:rsidR="00C40B02" w:rsidRDefault="00C40B02"/>
        </w:tc>
        <w:tc>
          <w:tcPr>
            <w:tcW w:w="1984" w:type="dxa"/>
          </w:tcPr>
          <w:p w14:paraId="4981AE42" w14:textId="77777777" w:rsidR="00C40B02" w:rsidRDefault="00C40B02"/>
        </w:tc>
        <w:tc>
          <w:tcPr>
            <w:tcW w:w="2721" w:type="dxa"/>
          </w:tcPr>
          <w:p w14:paraId="0F06EF79" w14:textId="77777777" w:rsidR="00C40B02" w:rsidRDefault="00000000">
            <w:r>
              <w:t>RICHIEDENTE</w:t>
            </w:r>
          </w:p>
        </w:tc>
      </w:tr>
      <w:tr w:rsidR="00C40B02" w14:paraId="1E7C1EB3" w14:textId="77777777">
        <w:tc>
          <w:tcPr>
            <w:tcW w:w="680" w:type="dxa"/>
          </w:tcPr>
          <w:p w14:paraId="46464B50" w14:textId="77777777" w:rsidR="00C40B02" w:rsidRDefault="00000000">
            <w:r>
              <w:t>2</w:t>
            </w:r>
          </w:p>
        </w:tc>
        <w:tc>
          <w:tcPr>
            <w:tcW w:w="3969" w:type="dxa"/>
          </w:tcPr>
          <w:p w14:paraId="11C41AED" w14:textId="77777777" w:rsidR="00C40B02" w:rsidRDefault="00C40B02"/>
        </w:tc>
        <w:tc>
          <w:tcPr>
            <w:tcW w:w="1984" w:type="dxa"/>
          </w:tcPr>
          <w:p w14:paraId="2B49A7ED" w14:textId="77777777" w:rsidR="00C40B02" w:rsidRDefault="00C40B02"/>
        </w:tc>
        <w:tc>
          <w:tcPr>
            <w:tcW w:w="2721" w:type="dxa"/>
          </w:tcPr>
          <w:p w14:paraId="43BC00EB" w14:textId="77777777" w:rsidR="00C40B02" w:rsidRDefault="00C40B02"/>
        </w:tc>
      </w:tr>
      <w:tr w:rsidR="00C40B02" w14:paraId="03769729" w14:textId="77777777">
        <w:tc>
          <w:tcPr>
            <w:tcW w:w="680" w:type="dxa"/>
          </w:tcPr>
          <w:p w14:paraId="1AB27F03" w14:textId="77777777" w:rsidR="00C40B02" w:rsidRDefault="00000000">
            <w:r>
              <w:t>3</w:t>
            </w:r>
          </w:p>
        </w:tc>
        <w:tc>
          <w:tcPr>
            <w:tcW w:w="3969" w:type="dxa"/>
          </w:tcPr>
          <w:p w14:paraId="4CBF6297" w14:textId="77777777" w:rsidR="00C40B02" w:rsidRDefault="00C40B02"/>
        </w:tc>
        <w:tc>
          <w:tcPr>
            <w:tcW w:w="1984" w:type="dxa"/>
          </w:tcPr>
          <w:p w14:paraId="65362627" w14:textId="77777777" w:rsidR="00C40B02" w:rsidRDefault="00C40B02"/>
        </w:tc>
        <w:tc>
          <w:tcPr>
            <w:tcW w:w="2721" w:type="dxa"/>
          </w:tcPr>
          <w:p w14:paraId="69628433" w14:textId="77777777" w:rsidR="00C40B02" w:rsidRDefault="00C40B02"/>
        </w:tc>
      </w:tr>
      <w:tr w:rsidR="00C40B02" w14:paraId="0407313F" w14:textId="77777777">
        <w:tc>
          <w:tcPr>
            <w:tcW w:w="680" w:type="dxa"/>
          </w:tcPr>
          <w:p w14:paraId="7791B251" w14:textId="77777777" w:rsidR="00C40B02" w:rsidRDefault="00000000">
            <w:r>
              <w:t>4</w:t>
            </w:r>
          </w:p>
        </w:tc>
        <w:tc>
          <w:tcPr>
            <w:tcW w:w="3969" w:type="dxa"/>
          </w:tcPr>
          <w:p w14:paraId="2B72D6FF" w14:textId="77777777" w:rsidR="00C40B02" w:rsidRDefault="00C40B02"/>
        </w:tc>
        <w:tc>
          <w:tcPr>
            <w:tcW w:w="1984" w:type="dxa"/>
          </w:tcPr>
          <w:p w14:paraId="6FAEBAFE" w14:textId="77777777" w:rsidR="00C40B02" w:rsidRDefault="00C40B02"/>
        </w:tc>
        <w:tc>
          <w:tcPr>
            <w:tcW w:w="2721" w:type="dxa"/>
          </w:tcPr>
          <w:p w14:paraId="1D48919F" w14:textId="77777777" w:rsidR="00C40B02" w:rsidRDefault="00C40B02"/>
        </w:tc>
      </w:tr>
      <w:tr w:rsidR="00C40B02" w14:paraId="10DFA94C" w14:textId="77777777">
        <w:tc>
          <w:tcPr>
            <w:tcW w:w="680" w:type="dxa"/>
          </w:tcPr>
          <w:p w14:paraId="22F8DF02" w14:textId="77777777" w:rsidR="00C40B02" w:rsidRDefault="00000000">
            <w:r>
              <w:t>5</w:t>
            </w:r>
          </w:p>
        </w:tc>
        <w:tc>
          <w:tcPr>
            <w:tcW w:w="3969" w:type="dxa"/>
          </w:tcPr>
          <w:p w14:paraId="40900E24" w14:textId="77777777" w:rsidR="00C40B02" w:rsidRDefault="00C40B02"/>
        </w:tc>
        <w:tc>
          <w:tcPr>
            <w:tcW w:w="1984" w:type="dxa"/>
          </w:tcPr>
          <w:p w14:paraId="717B60AE" w14:textId="77777777" w:rsidR="00C40B02" w:rsidRDefault="00C40B02"/>
        </w:tc>
        <w:tc>
          <w:tcPr>
            <w:tcW w:w="2721" w:type="dxa"/>
          </w:tcPr>
          <w:p w14:paraId="2538D8BE" w14:textId="77777777" w:rsidR="00C40B02" w:rsidRDefault="00C40B02"/>
        </w:tc>
      </w:tr>
      <w:tr w:rsidR="00C40B02" w14:paraId="100F4348" w14:textId="77777777">
        <w:tc>
          <w:tcPr>
            <w:tcW w:w="680" w:type="dxa"/>
          </w:tcPr>
          <w:p w14:paraId="6F6E8BE4" w14:textId="77777777" w:rsidR="00C40B02" w:rsidRDefault="00000000">
            <w:r>
              <w:t>6</w:t>
            </w:r>
          </w:p>
        </w:tc>
        <w:tc>
          <w:tcPr>
            <w:tcW w:w="3969" w:type="dxa"/>
          </w:tcPr>
          <w:p w14:paraId="7EF9AE5F" w14:textId="77777777" w:rsidR="00C40B02" w:rsidRDefault="00C40B02"/>
        </w:tc>
        <w:tc>
          <w:tcPr>
            <w:tcW w:w="1984" w:type="dxa"/>
          </w:tcPr>
          <w:p w14:paraId="4BA37F27" w14:textId="77777777" w:rsidR="00C40B02" w:rsidRDefault="00C40B02"/>
        </w:tc>
        <w:tc>
          <w:tcPr>
            <w:tcW w:w="2721" w:type="dxa"/>
          </w:tcPr>
          <w:p w14:paraId="5A51D2C2" w14:textId="77777777" w:rsidR="00C40B02" w:rsidRDefault="00C40B02"/>
        </w:tc>
      </w:tr>
    </w:tbl>
    <w:p w14:paraId="3494DCBA" w14:textId="77777777" w:rsidR="00C40B02" w:rsidRDefault="00C40B02">
      <w:pPr>
        <w:spacing w:after="40"/>
        <w:jc w:val="both"/>
      </w:pPr>
    </w:p>
    <w:p w14:paraId="4DE48E8E" w14:textId="77777777" w:rsidR="00C40B02" w:rsidRDefault="00000000">
      <w:pPr>
        <w:keepNext/>
        <w:spacing w:before="160" w:after="60"/>
      </w:pPr>
      <w:r>
        <w:rPr>
          <w:b/>
        </w:rPr>
        <w:t>Condizioni di particolare debolezza sociale</w:t>
      </w:r>
    </w:p>
    <w:p w14:paraId="543DC64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presenza nel nucleo di componenti ultrasessantacinquenni;</w:t>
      </w:r>
    </w:p>
    <w:p w14:paraId="60EBC8A9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presenza nel nucleo di componenti con disabilità (allegare la certificazione);</w:t>
      </w:r>
    </w:p>
    <w:p w14:paraId="507DF0CE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altra analoga situazione di particolare debolezza sociale (specificare): ______________________________ (la situazione è valutata e attestata dal servizio sociale comunale).</w:t>
      </w:r>
    </w:p>
    <w:p w14:paraId="0A8C00E1" w14:textId="77777777" w:rsidR="00C40B02" w:rsidRPr="00C617EE" w:rsidRDefault="00000000">
      <w:pPr>
        <w:spacing w:before="160" w:after="40"/>
        <w:jc w:val="center"/>
        <w:rPr>
          <w:lang w:val="it-IT"/>
        </w:rPr>
      </w:pPr>
      <w:r w:rsidRPr="00C617EE">
        <w:rPr>
          <w:b/>
          <w:lang w:val="it-IT"/>
        </w:rPr>
        <w:t>DICHIARA INOLTRE</w:t>
      </w:r>
    </w:p>
    <w:p w14:paraId="380A7CC0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avere preso visione del bando comunale per l'accesso al Fondo per il sostegno alle abitazioni in locazione, anno 2026, e di accettarne tutte le condizioni e modalità di erogazione;</w:t>
      </w:r>
    </w:p>
    <w:p w14:paraId="05609065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sapere che l'erogazione del contributo è subordinata al trasferimento dei fondi regionali e alla presentazione delle ricevute di pagamento del canone relative al 2026, e che il contributo non può eccedere la differenza tra il canone annuo effettivo, al netto degli oneri accessori, e il canone considerato sopportabile in relazione all'ISEE;</w:t>
      </w:r>
    </w:p>
    <w:p w14:paraId="64902078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sapere che sulle dichiarazioni rese possono essere eseguiti controlli ai sensi dell'art. 71 del D.P.R. 445/2000 e della normativa in materia di ISEE, anche con l'intervento dell'Agenzia delle Entrate e della Guardia di Finanza;</w:t>
      </w:r>
    </w:p>
    <w:p w14:paraId="083A9B20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sapere che non sono ammesse istanze riferite al medesimo periodo in Comuni diversi;</w:t>
      </w:r>
    </w:p>
    <w:p w14:paraId="4B5DD3F2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avere ricevuto l'informativa sul trattamento dei dati personali ai sensi dell'art. 13 del Regolamento (UE) 2016/679 (Allegato B).</w:t>
      </w:r>
    </w:p>
    <w:p w14:paraId="6998C307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Documentazione allegata</w:t>
      </w:r>
    </w:p>
    <w:p w14:paraId="247ED4C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 documento di identità in corso di validità;</w:t>
      </w:r>
    </w:p>
    <w:p w14:paraId="30B501ED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dell'attestazione ISEE 2026;</w:t>
      </w:r>
    </w:p>
    <w:p w14:paraId="2B17A6B5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informativa sul trattamento dei dati personali (Allegato B), sottoscritta;</w:t>
      </w:r>
    </w:p>
    <w:p w14:paraId="45633DC7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 contratto di locazione registrato;</w:t>
      </w:r>
    </w:p>
    <w:p w14:paraId="0B45D4D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 pagamento dell'imposta di registro 2026 (o della prima registrazione) o attestazione di opzione per la cedolare secca;</w:t>
      </w:r>
    </w:p>
    <w:p w14:paraId="1102CB8B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delle ricevute di pagamento del canone 2026, fino al mese di agosto;</w:t>
      </w:r>
    </w:p>
    <w:p w14:paraId="33475702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per i cittadini extracomunitari: carta o permesso di soggiorno di tutti i componenti del nucleo;</w:t>
      </w:r>
    </w:p>
    <w:p w14:paraId="52E1B474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se ricorre: provvedimento di separazione legale omologato o di divorzio;</w:t>
      </w:r>
    </w:p>
    <w:p w14:paraId="37D49FFB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lastRenderedPageBreak/>
        <w:t>☐</w:t>
      </w:r>
      <w:r w:rsidRPr="00C617EE">
        <w:rPr>
          <w:lang w:val="it-IT"/>
        </w:rPr>
        <w:tab/>
        <w:t>se ricorre: certificazione di disabilità;</w:t>
      </w:r>
    </w:p>
    <w:p w14:paraId="730A31DA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altra documentazione (specificare): ______________________________.</w:t>
      </w:r>
    </w:p>
    <w:p w14:paraId="692777F2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Modalità di erogazione</w:t>
      </w:r>
    </w:p>
    <w:p w14:paraId="2A317394" w14:textId="77777777" w:rsidR="00C40B02" w:rsidRPr="00C617EE" w:rsidRDefault="00000000">
      <w:pPr>
        <w:jc w:val="both"/>
        <w:rPr>
          <w:lang w:val="it-IT"/>
        </w:rPr>
      </w:pPr>
      <w:r w:rsidRPr="00C617EE">
        <w:rPr>
          <w:lang w:val="it-IT"/>
        </w:rPr>
        <w:t>Il/la sottoscritto/a chiede che il contributo sia accreditato sul conto corrente intestato al richiedente, IBAN ________________________________________ presso la banca ______________________________.</w:t>
      </w:r>
    </w:p>
    <w:p w14:paraId="462BC77D" w14:textId="77777777" w:rsidR="00C40B02" w:rsidRPr="00C617EE" w:rsidRDefault="00000000">
      <w:pPr>
        <w:spacing w:before="240" w:after="280"/>
        <w:rPr>
          <w:lang w:val="it-IT"/>
        </w:rPr>
      </w:pPr>
      <w:r w:rsidRPr="00C617EE">
        <w:rPr>
          <w:lang w:val="it-IT"/>
        </w:rPr>
        <w:t>Burgos, ____/____/________</w:t>
      </w:r>
    </w:p>
    <w:p w14:paraId="1890CE45" w14:textId="77777777" w:rsidR="00C40B02" w:rsidRPr="00C617EE" w:rsidRDefault="00000000">
      <w:pPr>
        <w:jc w:val="right"/>
        <w:rPr>
          <w:lang w:val="it-IT"/>
        </w:rPr>
      </w:pPr>
      <w:r w:rsidRPr="00C617EE">
        <w:rPr>
          <w:lang w:val="it-IT"/>
        </w:rPr>
        <w:t>Il Dichiarante (firma per esteso) ______________________________</w:t>
      </w:r>
    </w:p>
    <w:p w14:paraId="0645E7F7" w14:textId="5A00A8E9" w:rsidR="00C40B02" w:rsidRPr="00C617EE" w:rsidRDefault="00000000">
      <w:pPr>
        <w:spacing w:before="160"/>
        <w:rPr>
          <w:lang w:val="it-IT"/>
        </w:rPr>
      </w:pPr>
      <w:r w:rsidRPr="00C617EE">
        <w:rPr>
          <w:i/>
          <w:sz w:val="18"/>
          <w:lang w:val="it-IT"/>
        </w:rPr>
        <w:t xml:space="preserve">Termine di presentazione: venerdì 30 ottobre 2026. Modalità: consegna a mano all'Ufficio Protocollo, PEC </w:t>
      </w:r>
      <w:hyperlink r:id="rId9" w:history="1">
        <w:r w:rsidR="00C617EE" w:rsidRPr="00026AB9">
          <w:rPr>
            <w:rStyle w:val="Collegamentoipertestuale"/>
            <w:i/>
            <w:sz w:val="18"/>
            <w:lang w:val="it-IT"/>
          </w:rPr>
          <w:t>protocollo@pec.comuneburgos.it</w:t>
        </w:r>
      </w:hyperlink>
      <w:r w:rsidR="00C617EE">
        <w:rPr>
          <w:i/>
          <w:sz w:val="18"/>
          <w:lang w:val="it-IT"/>
        </w:rPr>
        <w:t xml:space="preserve"> </w:t>
      </w:r>
      <w:r w:rsidRPr="00C617EE">
        <w:rPr>
          <w:i/>
          <w:sz w:val="18"/>
          <w:lang w:val="it-IT"/>
        </w:rPr>
        <w:t xml:space="preserve">, email </w:t>
      </w:r>
      <w:hyperlink r:id="rId10" w:history="1">
        <w:r w:rsidR="00C617EE" w:rsidRPr="00026AB9">
          <w:rPr>
            <w:rStyle w:val="Collegamentoipertestuale"/>
            <w:i/>
            <w:sz w:val="18"/>
            <w:lang w:val="it-IT"/>
          </w:rPr>
          <w:t>info@comune.burgos.ss.it</w:t>
        </w:r>
      </w:hyperlink>
      <w:r w:rsidR="00C617EE">
        <w:rPr>
          <w:i/>
          <w:sz w:val="18"/>
          <w:lang w:val="it-IT"/>
        </w:rPr>
        <w:t xml:space="preserve"> </w:t>
      </w:r>
    </w:p>
    <w:sectPr w:rsidR="00C40B02" w:rsidRPr="00C617EE" w:rsidSect="00034616">
      <w:footerReference w:type="default" r:id="rId11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980EE" w14:textId="77777777" w:rsidR="002B43C3" w:rsidRDefault="002B43C3">
      <w:pPr>
        <w:spacing w:after="0" w:line="240" w:lineRule="auto"/>
      </w:pPr>
      <w:r>
        <w:separator/>
      </w:r>
    </w:p>
  </w:endnote>
  <w:endnote w:type="continuationSeparator" w:id="0">
    <w:p w14:paraId="7783F2EE" w14:textId="77777777" w:rsidR="002B43C3" w:rsidRDefault="002B4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8033" w14:textId="77777777" w:rsidR="00C40B02" w:rsidRPr="00C617EE" w:rsidRDefault="00000000">
    <w:pPr>
      <w:pStyle w:val="Pidipagina"/>
      <w:jc w:val="center"/>
      <w:rPr>
        <w:lang w:val="it-IT"/>
      </w:rPr>
    </w:pPr>
    <w:r w:rsidRPr="00C617EE">
      <w:rPr>
        <w:sz w:val="18"/>
        <w:lang w:val="it-IT"/>
      </w:rPr>
      <w:t xml:space="preserve">Allegato A - Istanza contributo locazione L. 431/1998 - Anno 2026 - pagina </w:t>
    </w:r>
    <w:r>
      <w:rPr>
        <w:sz w:val="18"/>
      </w:rPr>
      <w:fldChar w:fldCharType="begin"/>
    </w:r>
    <w:r w:rsidRPr="00C617EE">
      <w:rPr>
        <w:sz w:val="18"/>
        <w:lang w:val="it-IT"/>
      </w:rPr>
      <w:instrText>PAGE</w:instrText>
    </w:r>
    <w:r w:rsidR="00C617EE">
      <w:rPr>
        <w:sz w:val="18"/>
      </w:rPr>
      <w:fldChar w:fldCharType="separate"/>
    </w:r>
    <w:r w:rsidR="00C617EE" w:rsidRPr="00C617EE">
      <w:rPr>
        <w:noProof/>
        <w:sz w:val="18"/>
        <w:lang w:val="it-IT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6B55" w14:textId="77777777" w:rsidR="002B43C3" w:rsidRDefault="002B43C3">
      <w:pPr>
        <w:spacing w:after="0" w:line="240" w:lineRule="auto"/>
      </w:pPr>
      <w:r>
        <w:separator/>
      </w:r>
    </w:p>
  </w:footnote>
  <w:footnote w:type="continuationSeparator" w:id="0">
    <w:p w14:paraId="58CB95BD" w14:textId="77777777" w:rsidR="002B43C3" w:rsidRDefault="002B4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529159">
    <w:abstractNumId w:val="8"/>
  </w:num>
  <w:num w:numId="2" w16cid:durableId="656686874">
    <w:abstractNumId w:val="6"/>
  </w:num>
  <w:num w:numId="3" w16cid:durableId="528101784">
    <w:abstractNumId w:val="5"/>
  </w:num>
  <w:num w:numId="4" w16cid:durableId="283777126">
    <w:abstractNumId w:val="4"/>
  </w:num>
  <w:num w:numId="5" w16cid:durableId="1747797707">
    <w:abstractNumId w:val="7"/>
  </w:num>
  <w:num w:numId="6" w16cid:durableId="1504130885">
    <w:abstractNumId w:val="3"/>
  </w:num>
  <w:num w:numId="7" w16cid:durableId="2030638202">
    <w:abstractNumId w:val="2"/>
  </w:num>
  <w:num w:numId="8" w16cid:durableId="2046176842">
    <w:abstractNumId w:val="1"/>
  </w:num>
  <w:num w:numId="9" w16cid:durableId="95625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43C3"/>
    <w:rsid w:val="00326F90"/>
    <w:rsid w:val="006E4B52"/>
    <w:rsid w:val="00AA1D8D"/>
    <w:rsid w:val="00B47730"/>
    <w:rsid w:val="00C40B02"/>
    <w:rsid w:val="00C617EE"/>
    <w:rsid w:val="00CB0664"/>
    <w:rsid w:val="00E51E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1941D"/>
  <w14:defaultImageDpi w14:val="300"/>
  <w15:docId w15:val="{74125159-3F05-4CED-9CDD-D8876B3C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617E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1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comune.burgos.s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burgo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Giovanna Curreli</cp:lastModifiedBy>
  <cp:revision>3</cp:revision>
  <dcterms:created xsi:type="dcterms:W3CDTF">2013-12-23T23:15:00Z</dcterms:created>
  <dcterms:modified xsi:type="dcterms:W3CDTF">2026-10-15T10:52:00Z</dcterms:modified>
  <cp:category/>
</cp:coreProperties>
</file>